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The building of the Central Executive Committee and the Council of People's Commissars, 1926.</w:t>
      </w:r>
    </w:p>
    <w:p>
      <w:pPr>
        <w:spacing w:after="100"/>
        <w:jc w:val="center"/>
      </w:pPr>
      <w:r>
        <w:rPr>
          <w:rFonts w:ascii="Arial" w:hAnsi="Arial" w:eastAsia="Arial"/>
          <w:b w:val="0"/>
          <w:color w:val="606667"/>
          <w:sz w:val="17"/>
        </w:rPr>
        <w:t>42.87666, 74.60530</w:t>
      </w:r>
    </w:p>
    <w:p>
      <w:pPr>
        <w:spacing w:before="0" w:after="20"/>
        <w:jc w:val="center"/>
      </w:pPr>
      <w:r>
        <w:drawing>
          <wp:inline xmlns:a="http://schemas.openxmlformats.org/drawingml/2006/main" xmlns:pic="http://schemas.openxmlformats.org/drawingml/2006/picture">
            <wp:extent cx="3653123" cy="2232000"/>
            <wp:docPr id="1" name="Picture 1" descr="Здание ЦИК и Совнаркома, 1926г." title="Здание ЦИК и Совнаркома, 1926г."/>
            <wp:cNvGraphicFramePr>
              <a:graphicFrameLocks noChangeAspect="1"/>
            </wp:cNvGraphicFramePr>
            <a:graphic>
              <a:graphicData uri="http://schemas.openxmlformats.org/drawingml/2006/picture">
                <pic:pic>
                  <pic:nvPicPr>
                    <pic:cNvPr id="0" name="ca792bd0b57193438bc7.jpg"/>
                    <pic:cNvPicPr/>
                  </pic:nvPicPr>
                  <pic:blipFill>
                    <a:blip r:embed="rId12"/>
                    <a:stretch>
                      <a:fillRect/>
                    </a:stretch>
                  </pic:blipFill>
                  <pic:spPr>
                    <a:xfrm>
                      <a:off x="0" y="0"/>
                      <a:ext cx="3653123" cy="2232000"/>
                    </a:xfrm>
                    <a:prstGeom prst="rect"/>
                  </pic:spPr>
                </pic:pic>
              </a:graphicData>
            </a:graphic>
          </wp:inline>
        </w:drawing>
      </w:r>
    </w:p>
    <w:p>
      <w:pPr>
        <w:spacing w:after="60"/>
        <w:jc w:val="center"/>
      </w:pPr>
      <w:r>
        <w:rPr>
          <w:rFonts w:ascii="Arial" w:hAnsi="Arial" w:eastAsia="Arial"/>
          <w:b w:val="0"/>
          <w:color w:val="606667"/>
          <w:sz w:val="15"/>
        </w:rPr>
        <w:t>Здание ЦИК и Совнаркома, 1926г.</w:t>
      </w:r>
    </w:p>
    <w:p>
      <w:pPr>
        <w:keepNext/>
        <w:spacing w:before="40" w:after="20"/>
      </w:pPr>
      <w:r>
        <w:rPr>
          <w:rFonts w:ascii="Arial" w:hAnsi="Arial" w:eastAsia="Arial"/>
          <w:b/>
          <w:color w:val="B1863E"/>
          <w:sz w:val="16"/>
        </w:rPr>
        <w:t>ENGLISH</w:t>
      </w:r>
      <w:r>
        <w:rPr>
          <w:rFonts w:ascii="Arial" w:hAnsi="Arial" w:eastAsia="Arial"/>
          <w:b/>
          <w:color w:val="242C2F"/>
          <w:sz w:val="20"/>
        </w:rPr>
        <w:t xml:space="preserve">  The building of the Central Executive Committee and the Council of People's Commissars, 1926.</w:t>
      </w:r>
    </w:p>
    <w:p>
      <w:pPr>
        <w:widowControl/>
        <w:spacing w:before="0" w:after="60" w:line="247" w:lineRule="auto"/>
      </w:pPr>
      <w:r>
        <w:rPr>
          <w:rFonts w:ascii="Arial" w:hAnsi="Arial" w:eastAsia="Arial"/>
          <w:b w:val="0"/>
          <w:color w:val="242C2F"/>
          <w:sz w:val="19"/>
        </w:rPr>
        <w:t>﻿ The building of the Central Executive Committee and the Council of People's Commissars, 1926. In 1926, construction began on several significant buildings designed by architect Andrei Pavlovich Zenkov, which complete the history of the city of Pishpek. On Vasilievskaya Street these were the buildings of a hotel and an agricultural bank. A.P. Zenkov was the first builder to combine national colors in architecture. Lancet and arched openings, dom</w:t>
      </w:r>
    </w:p>
    <w:p>
      <w:pPr>
        <w:spacing w:before="20" w:after="0"/>
      </w:pPr>
      <w:r>
        <w:rPr>
          <w:rFonts w:ascii="Arial" w:hAnsi="Arial" w:eastAsia="Arial"/>
          <w:b w:val="0"/>
          <w:color w:val="606667"/>
          <w:sz w:val="14"/>
        </w:rPr>
        <w:t>Source: https://bimap.su/description/pishpek/71_Sovnarkom1926.txt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42.87666, 74.60530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42.87666, 74.60530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