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42.88630, 74.62472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1916г. на улице Ташкентской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42.88630, 74.62472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367" cy="2232000"/>
            <wp:docPr id="2" name="Picture 2" descr="Дом 1916г. на улице Ташкентской" title="Дом 1916г. на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cb727f98945c8d574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3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1916г. на улице Ташкентской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1916г. на улице Ташкентской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https://bimap.su/description/frunze/271_Dom1916.txt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42.88630, 74.62472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