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42.88630, 74.62472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1916 on Tashkent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42.88630, 74.62472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367" cy="2232000"/>
            <wp:docPr id="2" name="Picture 2" descr="Дом 1916г. на улице Ташкентской" title="Дом 1916г. на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cb727f98945c8d574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3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1916г. на улице Ташкентской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1916 on Tashkent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1916 on Tashkentskaya Street The end of the 19th - beginning of the 20th centuries is characterized by the improvement of the city and the construction of large houses at the head of the city estate, sometimes one and a half and two floors. The houses stood on high stone foundations made of cobblestones or ashlars, above which there was a brick basement of the semi-basement or first floor with patterned decor of the brickwork. The walls of the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https://bimap.su/description/frunze/271_Dom1916.txt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42.88630, 74.62472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