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постройки 1916 года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42.86818, 74.60012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2711" cy="2232000"/>
            <wp:docPr id="1" name="Picture 1" descr="Дом постройки 1916 года" title="Дом постройки 1916 го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46970b0eb831cc079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271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постройки 1916 года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постройки 1916 года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Юго-западный угол улиц Садовой и Лагерной. Дом постройки 1916 года.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https://bimap.su/description/pishpek/109_Ugozapad_Sadovoi.txt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42.86818, 74.60012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42.86818, 74.60012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