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Садовая 17 (Панфилова)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78655" cy="2232000"/>
            <wp:docPr id="2" name="Picture 2" descr="Улица Садовая 17 (Панфилова)" title="Улица Садовая 17 (Панфилова)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96a2f94032cdfd15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86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Садовая 17 (Панфилова)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Садовая 17 (Панфилова)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Садовая 17 (Панфилова)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https://bimap.su/description/frunze/263_Geologia30.txt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42.86904, 74.60071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