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42.83510, 74.61366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16-этажное здание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42.83510, 74.61366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16-этажное здание" title="16-этажное здани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7cd5609c3702a6b71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16-этажное здание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16-этажное здание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Первое 16-этажное здание в городе.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https://bimap.su/description/frunze/301_16et.txt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42.83510, 74.61366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