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42.83510, 74.61366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16-storey building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42.83510, 74.61366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16-этажное здание" title="16-этажное зд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7cd5609c3702a6b71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16-этажное здание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16-storey building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The first 16-storey building in the city Residential building with 130 apartments. Architect V. Borovikov, engineers V. Manukovsky, V. Sheremetyeva, 1984.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https://bimap.su/description/frunze/301_16et.txt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42.83510, 74.61366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