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 магазином «1000 мелочей»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43045" cy="2232000"/>
            <wp:docPr id="2" name="Picture 2" descr="Дом с магазином «1000 мелочей»" title="Дом с магазином «1000 мелоч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a436697b6e7c96ba9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3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магазином «1000 мелочей»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 магазином «1000 мелочей»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с магазином «1000 мелочей»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https://bimap.su/description/frunze/4_1000_melochey.txt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42.87558, 74.62094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