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"1000 кичинекей нерсе" дүкөнү бар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43045" cy="2232000"/>
            <wp:docPr id="2" name="Picture 2" descr="Дом с магазином «1000 мелочей»" title="Дом с магазином «1000 мелоч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a436697b6e7c96ba9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магазином «1000 мелочей»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"1000 кичинекей нерсе" дүкөнү бар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"1000 кичинекей нерсе" дүкөнү бар үй "1000 кичинекей нерсе" дүкөнү бар тогуз кабаттуу турак жай. Архитекторлор В.Мечковский, С.Нургазиев, Е.Писарской, К.Токочев, 1977-жылы Имараттын лоджияларын долбоорлоодо биринчи жолу темир-бетон үлгүсүндөгү каркас панелдери колдонулган.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https://bimap.su/description/frunze/4_1000_melochey.txt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