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42.88773, 74.61467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№10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42.88773, 74.61467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637" cy="2232000"/>
            <wp:docPr id="2" name="Picture 2" descr="Школа №10" title="Школа №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7e68edca7a01eb3c6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36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№10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№10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https://bimap.su/description/frunze/192_Shkola10.txt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42.88773, 74.61467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