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42.83267, 74.60348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10-й микрорайон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42.83267, 74.60348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10-й микрорайон" title="10-й микрорай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b199fcd2783809832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10-й микрорайон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10-й микрорайон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10-й микрорайон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https://bimap.su/description/frunze/430_10mkr.txt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42.83267, 74.60348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