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10-й микрорайон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42.83267, 74.60348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Frunze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976000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3b199fcd27838098328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60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Bishkek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42.83267, 74.60348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10th microdistrict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42.83267, 74.60348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6000" cy="2232000"/>
            <wp:docPr id="4" name="Picture 4" descr="10-й микрорайон" title="10-й микрорайон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3b199fcd27838098328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60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10-й микрорайон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10th microdistrict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10th microdistrict Tenth microdistrict. Located on the southern outskirts of the city, bordered on the south by Victory Park. It is built with 4- and 5-storey large-panel residential buildings of series 1-464 and 105, 9-storey frame-panel residential buildings of series 106. In the microdistrict there is a pedagogical institute of Russian language and literature, Giprovodkhoz and Gorvodokanal, the Southern Gate composition. The territory of the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https://bimap.su/description/frunze/430_10mkr.txt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42.83267, 74.60348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Атай Мусаев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https://2gis.kg/bishkek/firm/70000001083001046/tab/photos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