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Высотка в 10-м микрорайоне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Высотка в 10-м микрорайоне" title="Высотка в 10-м микрорайон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62b7c1ff05dc8c881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Высотка в 10-м микрорайоне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Высотка в 10-м микрорайоне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Монолитная высотка в 10-м микрорайоне.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https://bimap.su/description/frunze/323_Vysotka10.txt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