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Высотка в 10-м микрорайоне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42.82942, 74.60019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74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662b7c1ff05dc8c881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42.82942, 74.60019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High-rise building in the 10th microdistrict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42.82942, 74.60019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4000" cy="2232000"/>
            <wp:docPr id="4" name="Picture 4" descr="Высотка в 10-м микрорайоне" title="Высотка в 10-м микрорайон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662b7c1ff05dc8c881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Высотка в 10-м микрорайоне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High-rise building in the 10th microdistrict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Monolithic high-rise building in the 10th microdistrict Monolithic high-rise building in the 10th microdistrict. Architect N. Baibekov, 1981.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https://bimap.su/description/frunze/323_Vysotka10.txt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42.82942, 74.60019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Жакшылык Сапарбаев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https://2gis.kg/bishkek/geo/15763234351144989/tab/photos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