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42.82909, 74.60417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10-кичи район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42.82909, 74.60417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196640" cy="2232000"/>
            <wp:docPr id="2" name="Picture 2" descr="10-й микрорайон" title="10-й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9d81e09f14266df935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966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10-й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10-кичи район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Түштүк дарбаза, 10-кичирайон Архитектуралык ансамбль шаардын кире беришиндеги Совет көчөсү менен. Батыш тарабын 10-кичи район бүтүргөн. Ал 1979-жылы 106-сериядагы тогуз кабаттуу каркас-панель үйлөр менен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https://bimap.su/description/frunze/250_Ugvorota.txt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42.82909, 74.60417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