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42.88183, 74.59147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42.88183, 74.59147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3234" cy="2232000"/>
            <wp:docPr id="2" name="Picture 2" descr="Школа №1" title="Школа №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5d609009fe54fd155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32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№1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https://bimap.su/description/frunze/194_Shkola1.txt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42.88183, 74.59147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