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42.88183, 74.59147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42.88183, 74.59147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3234" cy="2232000"/>
            <wp:docPr id="2" name="Picture 2" descr="Школа №1" title="Школа №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5d609009fe54fd155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32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№1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1 School No. 1. Photo by Vladimir Petrov. The bas-relief on the facade of the school building depicts the leaders of the world proletariat Marx, Engels, Lenin. Such bas-reliefs were installed at many schools in the city.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https://bimap.su/description/frunze/194_Shkola1.txt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42.88183, 74.59147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