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42.89367, 74.51644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Фрунзе-1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42.89367, 74.51644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26050" cy="2232000"/>
            <wp:docPr id="2" name="Picture 2" descr="Фрунзе-1" title="Фрунзе-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3065ccbdae63fe42e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2605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Фрунзе-1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Фрунзе-1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Фрунзе-1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https://bimap.su/description/frunze/401_Frunze1.txt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42.89367, 74.51644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