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42.89367, 74.51644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Фрунзе-1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42.89367, 74.51644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26050" cy="2232000"/>
            <wp:docPr id="2" name="Picture 2" descr="Фрунзе-1" title="Фрунзе-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3065ccbdae63fe42e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2605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Фрунзе-1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Фрунзе-1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Фрунзе-1 Фрунзедеги Аскердик авиациялык учкучтар окуу жайынын (ФВАУ) учкучтары ушул жерде даярдалган, анын ичинде №3-космонавт Андриян Николаев да бар, ал мектепти 1954-жылы аяктаган. 1956-жылы окуу жай СССРдин Борбордук авиациялык регистринин авиациялык кадрларын даярдоочу жана өркүндөтүүчү кадрларды даярдоо статусун алган. Бул жерде Африканын, Азиянын жана Латын Америкасынын учкучтары даярдалган. Анын бүтүрүүчүлөрүнүн арасында Египеттин прези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https://bimap.su/description/frunze/401_Frunze1.txt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42.89367, 74.51644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