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42.87222, 74.65493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Тэц-1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42.87222, 74.65493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16216" cy="2231999"/>
            <wp:docPr id="2" name="Picture 2" descr="Тэц-1" title="Тэц-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326acfb096dab5d42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6216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Тэц-1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Тэц-1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Тэц-1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https://bimap.su/description/frunze/397_Tez1.txt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42.87222, 74.65493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