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42.87222, 74.65493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ЖЭБ-1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42.87222, 74.65493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16216" cy="2231999"/>
            <wp:docPr id="2" name="Picture 2" descr="Тэц-1" title="Тэц-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326acfb096dab5d421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16216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Тэц-1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ЖЭБ-1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ТЭЦ-1 ТЭЦ-1. Биринчи турбоагрегат 1961-жылы ишке киргизилген. Электр энергиясын иштеп чыгып, шаардын калктуу пункттарын жылуулук менен камсыз кылат.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https://bimap.su/description/frunze/397_Tez1.txt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42.87222, 74.65493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