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42.87222, 74.65493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CHPP-1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42.87222, 74.65493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16216" cy="2231999"/>
            <wp:docPr id="2" name="Picture 2" descr="Тэц-1" title="Тэц-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326acfb096dab5d42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16216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Тэц-1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CHPP-1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CHPP-1 CHPP-1. The first turbine unit was put into operation in 1961. Generates electricity and supplies heat to residential areas of the city.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https://bimap.su/description/frunze/397_Tez1.txt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42.87222, 74.65493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