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42.87335, 74.65484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Тэц-1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42.87335, 74.65484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Тэц-1" title="Тэц-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de1007870dcf1055d8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Тэц-1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Тэц-1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Тэц-1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https://bimap.su/description/frunze/396_Tez1.txt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42.87335, 74.65484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