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ЖЭБ-1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Тэц-1" title="Тэц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e1007870dcf1055d8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ЖЭБ-1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ТЭЦ-1 ТЭЦ-1. Биринчи турбоагрегат 1961-жылы ишке киргизилген. Электр энергиясын иштеп чыгып, шаардын калктуу пункттарын жылуулук менен камсыз кылат.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https://bimap.su/description/frunze/396_Tez1.txt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