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Тэц-1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e1007870dcf1055d8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CHPP-1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Тэц-1" title="Тэц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e1007870dcf1055d8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CHPP-1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CHPP-1 CHPP-1. The first turbine unit was put into operation in 1961. Generates electricity and supplies heat to residential areas of the city.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https://bimap.su/description/frunze/396_Tez1.txt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